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4C0" w:rsidRDefault="00EA64C0" w:rsidP="005F410A">
      <w:pPr>
        <w:snapToGrid w:val="0"/>
        <w:spacing w:after="0" w:line="240" w:lineRule="auto"/>
        <w:jc w:val="center"/>
        <w:rPr>
          <w:rFonts w:ascii="Times New Roman" w:eastAsia="方正小标宋简体" w:hAnsi="Times New Roman"/>
          <w:b/>
          <w:sz w:val="36"/>
          <w:lang w:eastAsia="zh-CN"/>
        </w:rPr>
      </w:pPr>
      <w:bookmarkStart w:id="0" w:name="_GoBack"/>
      <w:r>
        <w:rPr>
          <w:rFonts w:ascii="Times New Roman" w:eastAsia="方正小标宋简体" w:hAnsi="Times New Roman" w:hint="eastAsia"/>
          <w:b/>
          <w:sz w:val="36"/>
          <w:lang w:eastAsia="zh-CN"/>
        </w:rPr>
        <w:t>青岛软件学院、计算机科学与技术学院</w:t>
      </w:r>
      <w:r w:rsidR="00DD2C0A">
        <w:rPr>
          <w:rFonts w:ascii="Times New Roman" w:eastAsia="方正小标宋简体" w:hAnsi="Times New Roman"/>
          <w:b/>
          <w:sz w:val="36"/>
          <w:lang w:eastAsia="zh-CN"/>
        </w:rPr>
        <w:t>研究生党支部</w:t>
      </w:r>
    </w:p>
    <w:p w:rsidR="001C094F" w:rsidRDefault="00DD2C0A" w:rsidP="005F410A">
      <w:pPr>
        <w:snapToGrid w:val="0"/>
        <w:spacing w:after="0" w:line="240" w:lineRule="auto"/>
        <w:jc w:val="center"/>
        <w:rPr>
          <w:lang w:eastAsia="zh-CN"/>
        </w:rPr>
      </w:pPr>
      <w:r>
        <w:rPr>
          <w:rFonts w:ascii="Times New Roman" w:eastAsia="方正小标宋简体" w:hAnsi="Times New Roman"/>
          <w:b/>
          <w:sz w:val="36"/>
          <w:lang w:eastAsia="zh-CN"/>
        </w:rPr>
        <w:t>申报建设报名表</w:t>
      </w:r>
    </w:p>
    <w:bookmarkEnd w:id="0"/>
    <w:p w:rsidR="001C094F" w:rsidRDefault="00DD2C0A">
      <w:pPr>
        <w:spacing w:after="160"/>
      </w:pPr>
      <w:r>
        <w:rPr>
          <w:rFonts w:ascii="Times New Roman" w:eastAsia="仿宋_GB2312" w:hAnsi="Times New Roman"/>
          <w:sz w:val="24"/>
          <w:lang w:eastAsia="zh-CN"/>
        </w:rPr>
        <w:t>（</w:t>
      </w:r>
      <w:proofErr w:type="gramStart"/>
      <w:r>
        <w:rPr>
          <w:rFonts w:ascii="Times New Roman" w:eastAsia="仿宋_GB2312" w:hAnsi="Times New Roman"/>
          <w:sz w:val="24"/>
          <w:lang w:eastAsia="zh-CN"/>
        </w:rPr>
        <w:t>请拟申报</w:t>
      </w:r>
      <w:proofErr w:type="gramEnd"/>
      <w:r>
        <w:rPr>
          <w:rFonts w:ascii="Times New Roman" w:eastAsia="仿宋_GB2312" w:hAnsi="Times New Roman"/>
          <w:sz w:val="24"/>
          <w:lang w:eastAsia="zh-CN"/>
        </w:rPr>
        <w:t>研究生党支部如实填写，电子版发联系人邮箱；纸质</w:t>
      </w:r>
      <w:proofErr w:type="gramStart"/>
      <w:r>
        <w:rPr>
          <w:rFonts w:ascii="Times New Roman" w:eastAsia="仿宋_GB2312" w:hAnsi="Times New Roman"/>
          <w:sz w:val="24"/>
          <w:lang w:eastAsia="zh-CN"/>
        </w:rPr>
        <w:t>版经所</w:t>
      </w:r>
      <w:proofErr w:type="gramEnd"/>
      <w:r>
        <w:rPr>
          <w:rFonts w:ascii="Times New Roman" w:eastAsia="仿宋_GB2312" w:hAnsi="Times New Roman"/>
          <w:sz w:val="24"/>
          <w:lang w:eastAsia="zh-CN"/>
        </w:rPr>
        <w:t>有指导导师签字后</w:t>
      </w:r>
      <w:proofErr w:type="gramStart"/>
      <w:r>
        <w:rPr>
          <w:rFonts w:ascii="Times New Roman" w:eastAsia="仿宋_GB2312" w:hAnsi="Times New Roman"/>
          <w:sz w:val="24"/>
          <w:lang w:eastAsia="zh-CN"/>
        </w:rPr>
        <w:t>交学</w:t>
      </w:r>
      <w:proofErr w:type="gramEnd"/>
      <w:r>
        <w:rPr>
          <w:rFonts w:ascii="Times New Roman" w:eastAsia="仿宋_GB2312" w:hAnsi="Times New Roman"/>
          <w:sz w:val="24"/>
          <w:lang w:eastAsia="zh-CN"/>
        </w:rPr>
        <w:t>生工作办公室</w:t>
      </w:r>
      <w:r>
        <w:rPr>
          <w:rFonts w:ascii="Times New Roman" w:eastAsia="仿宋_GB2312" w:hAnsi="Times New Roman"/>
          <w:sz w:val="24"/>
          <w:lang w:eastAsia="zh-CN"/>
        </w:rPr>
        <w:t>1001</w:t>
      </w:r>
      <w:r>
        <w:rPr>
          <w:rFonts w:ascii="Times New Roman" w:eastAsia="仿宋_GB2312" w:hAnsi="Times New Roman"/>
          <w:sz w:val="24"/>
          <w:lang w:eastAsia="zh-CN"/>
        </w:rPr>
        <w:t>室。</w:t>
      </w:r>
      <w:r>
        <w:rPr>
          <w:rFonts w:ascii="Times New Roman" w:eastAsia="仿宋_GB2312" w:hAnsi="Times New Roman"/>
          <w:sz w:val="24"/>
        </w:rPr>
        <w:t>）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7284"/>
      </w:tblGrid>
      <w:tr w:rsidR="001C094F" w:rsidTr="003516B1">
        <w:trPr>
          <w:cantSplit/>
          <w:trHeight w:val="567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sz w:val="28"/>
              </w:rPr>
              <w:t>党支部名称</w:t>
            </w:r>
            <w:proofErr w:type="spellEnd"/>
          </w:p>
        </w:tc>
        <w:tc>
          <w:tcPr>
            <w:tcW w:w="7284" w:type="dxa"/>
            <w:vAlign w:val="center"/>
          </w:tcPr>
          <w:p w:rsidR="001C094F" w:rsidRDefault="001C094F"/>
        </w:tc>
      </w:tr>
      <w:tr w:rsidR="003C0E6D" w:rsidTr="003516B1">
        <w:trPr>
          <w:cantSplit/>
          <w:trHeight w:val="567"/>
          <w:jc w:val="center"/>
        </w:trPr>
        <w:tc>
          <w:tcPr>
            <w:tcW w:w="2127" w:type="dxa"/>
            <w:vAlign w:val="center"/>
          </w:tcPr>
          <w:p w:rsidR="003C0E6D" w:rsidRDefault="003C0E6D">
            <w:pPr>
              <w:spacing w:before="40" w:after="40"/>
              <w:jc w:val="center"/>
              <w:rPr>
                <w:rFonts w:ascii="Times New Roman" w:eastAsia="黑体" w:hAnsi="Times New Roman"/>
                <w:b/>
                <w:sz w:val="28"/>
              </w:rPr>
            </w:pPr>
            <w:r>
              <w:rPr>
                <w:rFonts w:ascii="Times New Roman" w:eastAsia="黑体" w:hAnsi="Times New Roman" w:hint="eastAsia"/>
                <w:b/>
                <w:sz w:val="28"/>
                <w:lang w:eastAsia="zh-CN"/>
              </w:rPr>
              <w:t>党支部人数</w:t>
            </w:r>
          </w:p>
        </w:tc>
        <w:tc>
          <w:tcPr>
            <w:tcW w:w="7284" w:type="dxa"/>
            <w:vAlign w:val="center"/>
          </w:tcPr>
          <w:p w:rsidR="003C0E6D" w:rsidRPr="003C0E6D" w:rsidRDefault="003C0E6D">
            <w:pPr>
              <w:rPr>
                <w:rFonts w:eastAsia="宋体"/>
                <w:lang w:eastAsia="zh-CN"/>
              </w:rPr>
            </w:pPr>
            <w:r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正式</w:t>
            </w:r>
            <w:r w:rsidR="0085721A">
              <w:rPr>
                <w:rFonts w:ascii="Times New Roman" w:eastAsia="仿宋_GB2312" w:hAnsi="Times New Roman" w:hint="eastAsia"/>
                <w:sz w:val="28"/>
                <w:lang w:eastAsia="zh-CN"/>
              </w:rPr>
              <w:t>学生</w:t>
            </w:r>
            <w:r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党员</w:t>
            </w:r>
            <w:r w:rsid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="00720F1A">
              <w:rPr>
                <w:rFonts w:ascii="Times New Roman" w:eastAsia="仿宋_GB2312" w:hAnsi="Times New Roman"/>
                <w:sz w:val="28"/>
                <w:lang w:eastAsia="zh-CN"/>
              </w:rPr>
              <w:t xml:space="preserve"> </w:t>
            </w:r>
            <w:r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人，</w:t>
            </w:r>
            <w:r w:rsidR="0085721A">
              <w:rPr>
                <w:rFonts w:ascii="Times New Roman" w:eastAsia="仿宋_GB2312" w:hAnsi="Times New Roman" w:hint="eastAsia"/>
                <w:sz w:val="28"/>
                <w:lang w:eastAsia="zh-CN"/>
              </w:rPr>
              <w:t>学生</w:t>
            </w:r>
            <w:r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预备党员</w:t>
            </w:r>
            <w:r w:rsid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="00720F1A">
              <w:rPr>
                <w:rFonts w:ascii="Times New Roman" w:eastAsia="仿宋_GB2312" w:hAnsi="Times New Roman"/>
                <w:sz w:val="28"/>
                <w:lang w:eastAsia="zh-CN"/>
              </w:rPr>
              <w:t xml:space="preserve"> </w:t>
            </w:r>
            <w:r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人，</w:t>
            </w:r>
            <w:r w:rsidR="0085721A">
              <w:rPr>
                <w:rFonts w:ascii="Times New Roman" w:eastAsia="仿宋_GB2312" w:hAnsi="Times New Roman" w:hint="eastAsia"/>
                <w:sz w:val="28"/>
                <w:lang w:eastAsia="zh-CN"/>
              </w:rPr>
              <w:t>学生</w:t>
            </w:r>
            <w:r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党员共计</w:t>
            </w:r>
            <w:r w:rsidR="0085721A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="00720F1A">
              <w:rPr>
                <w:rFonts w:ascii="Times New Roman" w:eastAsia="仿宋_GB2312" w:hAnsi="Times New Roman"/>
                <w:sz w:val="28"/>
                <w:lang w:eastAsia="zh-CN"/>
              </w:rPr>
              <w:t xml:space="preserve"> </w:t>
            </w:r>
            <w:r w:rsidR="00BE6E4F" w:rsidRPr="00720F1A">
              <w:rPr>
                <w:rFonts w:ascii="Times New Roman" w:eastAsia="仿宋_GB2312" w:hAnsi="Times New Roman" w:hint="eastAsia"/>
                <w:sz w:val="28"/>
                <w:lang w:eastAsia="zh-CN"/>
              </w:rPr>
              <w:t>人</w:t>
            </w:r>
          </w:p>
        </w:tc>
      </w:tr>
      <w:tr w:rsidR="001C094F" w:rsidTr="003516B1">
        <w:trPr>
          <w:cantSplit/>
          <w:trHeight w:val="1134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sz w:val="28"/>
              </w:rPr>
              <w:t>拟组建形式</w:t>
            </w:r>
            <w:proofErr w:type="spellEnd"/>
          </w:p>
        </w:tc>
        <w:tc>
          <w:tcPr>
            <w:tcW w:w="7284" w:type="dxa"/>
            <w:vAlign w:val="center"/>
          </w:tcPr>
          <w:p w:rsidR="00EA64C0" w:rsidRDefault="00DD2C0A" w:rsidP="00EA64C0">
            <w:pPr>
              <w:spacing w:before="40" w:after="40"/>
              <w:rPr>
                <w:rFonts w:ascii="Times New Roman" w:eastAsia="仿宋_GB2312" w:hAnsi="Times New Roman"/>
                <w:sz w:val="28"/>
                <w:lang w:eastAsia="zh-CN"/>
              </w:rPr>
            </w:pP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□ 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科研团队　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□ 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课题组　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□ 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相近科研方向　</w:t>
            </w:r>
          </w:p>
          <w:p w:rsidR="00EA64C0" w:rsidRDefault="00DD2C0A" w:rsidP="00EA64C0">
            <w:pPr>
              <w:spacing w:before="40" w:after="40"/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□ 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>共建科研平台</w:t>
            </w:r>
            <w:r w:rsid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="00EA64C0">
              <w:rPr>
                <w:rFonts w:ascii="Times New Roman" w:eastAsia="仿宋_GB2312" w:hAnsi="Times New Roman"/>
                <w:sz w:val="28"/>
                <w:lang w:eastAsia="zh-CN"/>
              </w:rPr>
              <w:t xml:space="preserve">  </w:t>
            </w:r>
            <w:r w:rsidR="00EA64C0">
              <w:rPr>
                <w:rFonts w:ascii="Times New Roman" w:eastAsia="仿宋_GB2312" w:hAnsi="Times New Roman"/>
                <w:sz w:val="28"/>
                <w:lang w:eastAsia="zh-CN"/>
              </w:rPr>
              <w:t>□</w:t>
            </w:r>
            <w:r w:rsidR="00EA64C0"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关联教学团队</w:t>
            </w:r>
          </w:p>
          <w:p w:rsidR="001C094F" w:rsidRDefault="00DD2C0A">
            <w:pPr>
              <w:spacing w:before="40" w:after="40"/>
            </w:pPr>
            <w:r>
              <w:rPr>
                <w:rFonts w:ascii="Times New Roman" w:eastAsia="仿宋_GB2312" w:hAnsi="Times New Roman"/>
                <w:sz w:val="28"/>
              </w:rPr>
              <w:t xml:space="preserve">□ </w:t>
            </w:r>
            <w:proofErr w:type="spellStart"/>
            <w:r>
              <w:rPr>
                <w:rFonts w:ascii="Times New Roman" w:eastAsia="仿宋_GB2312" w:hAnsi="Times New Roman"/>
                <w:sz w:val="28"/>
              </w:rPr>
              <w:t>其他</w:t>
            </w:r>
            <w:proofErr w:type="spellEnd"/>
            <w:r>
              <w:rPr>
                <w:rFonts w:ascii="Times New Roman" w:eastAsia="仿宋_GB2312" w:hAnsi="Times New Roman"/>
                <w:sz w:val="28"/>
              </w:rPr>
              <w:t>：</w:t>
            </w:r>
          </w:p>
        </w:tc>
      </w:tr>
      <w:tr w:rsidR="001C094F" w:rsidTr="003516B1">
        <w:trPr>
          <w:cantSplit/>
          <w:trHeight w:val="1701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r>
              <w:rPr>
                <w:rFonts w:ascii="Times New Roman" w:eastAsia="黑体" w:hAnsi="Times New Roman"/>
                <w:b/>
                <w:sz w:val="28"/>
              </w:rPr>
              <w:t>指导导师</w:t>
            </w:r>
          </w:p>
        </w:tc>
        <w:tc>
          <w:tcPr>
            <w:tcW w:w="7284" w:type="dxa"/>
            <w:vAlign w:val="center"/>
          </w:tcPr>
          <w:p w:rsidR="001C094F" w:rsidRDefault="001C094F"/>
        </w:tc>
      </w:tr>
      <w:tr w:rsidR="001C094F" w:rsidTr="003516B1">
        <w:trPr>
          <w:cantSplit/>
          <w:trHeight w:val="2268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r>
              <w:rPr>
                <w:rFonts w:ascii="Times New Roman" w:eastAsia="黑体" w:hAnsi="Times New Roman"/>
                <w:b/>
                <w:sz w:val="28"/>
              </w:rPr>
              <w:t>学生党员</w:t>
            </w:r>
          </w:p>
        </w:tc>
        <w:tc>
          <w:tcPr>
            <w:tcW w:w="7284" w:type="dxa"/>
            <w:vAlign w:val="center"/>
          </w:tcPr>
          <w:p w:rsidR="001C094F" w:rsidRPr="00EA64C0" w:rsidRDefault="00EA64C0">
            <w:pPr>
              <w:rPr>
                <w:rFonts w:ascii="Times New Roman" w:eastAsia="仿宋_GB2312" w:hAnsi="Times New Roman"/>
                <w:sz w:val="28"/>
                <w:lang w:eastAsia="zh-CN"/>
              </w:rPr>
            </w:pP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中共党员：</w:t>
            </w:r>
          </w:p>
          <w:p w:rsidR="00EA64C0" w:rsidRPr="00EA64C0" w:rsidRDefault="00EA64C0">
            <w:pPr>
              <w:rPr>
                <w:rFonts w:ascii="Times New Roman" w:eastAsia="仿宋_GB2312" w:hAnsi="Times New Roman"/>
                <w:sz w:val="28"/>
                <w:lang w:eastAsia="zh-CN"/>
              </w:rPr>
            </w:pPr>
          </w:p>
          <w:p w:rsidR="00EA64C0" w:rsidRPr="00EA64C0" w:rsidRDefault="00EA64C0">
            <w:pPr>
              <w:rPr>
                <w:rFonts w:ascii="Times New Roman" w:eastAsia="仿宋_GB2312" w:hAnsi="Times New Roman"/>
                <w:sz w:val="28"/>
                <w:lang w:eastAsia="zh-CN"/>
              </w:rPr>
            </w:pPr>
          </w:p>
          <w:p w:rsidR="00EA64C0" w:rsidRPr="00EA64C0" w:rsidRDefault="00EA64C0">
            <w:pPr>
              <w:rPr>
                <w:rFonts w:ascii="Times New Roman" w:eastAsia="仿宋_GB2312" w:hAnsi="Times New Roman"/>
                <w:sz w:val="28"/>
                <w:lang w:eastAsia="zh-CN"/>
              </w:rPr>
            </w:pPr>
          </w:p>
          <w:p w:rsidR="00EA64C0" w:rsidRPr="00EA64C0" w:rsidRDefault="00EA64C0">
            <w:pPr>
              <w:rPr>
                <w:rFonts w:ascii="Times New Roman" w:eastAsia="仿宋_GB2312" w:hAnsi="Times New Roman"/>
                <w:sz w:val="28"/>
                <w:lang w:eastAsia="zh-CN"/>
              </w:rPr>
            </w:pP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中共预备党员：</w:t>
            </w:r>
          </w:p>
          <w:p w:rsidR="00EA64C0" w:rsidRDefault="00EA64C0">
            <w:pPr>
              <w:rPr>
                <w:rFonts w:ascii="Times New Roman" w:eastAsia="仿宋_GB2312" w:hAnsi="Times New Roman"/>
                <w:sz w:val="28"/>
                <w:lang w:eastAsia="zh-CN"/>
              </w:rPr>
            </w:pPr>
          </w:p>
          <w:p w:rsidR="00EA64C0" w:rsidRPr="00EA64C0" w:rsidRDefault="00EA64C0">
            <w:pPr>
              <w:rPr>
                <w:rFonts w:ascii="Times New Roman" w:eastAsia="仿宋_GB2312" w:hAnsi="Times New Roman" w:hint="eastAsia"/>
                <w:sz w:val="28"/>
                <w:lang w:eastAsia="zh-CN"/>
              </w:rPr>
            </w:pPr>
          </w:p>
          <w:p w:rsidR="00EA64C0" w:rsidRDefault="00EA64C0"/>
        </w:tc>
      </w:tr>
      <w:tr w:rsidR="001C094F" w:rsidTr="003516B1">
        <w:trPr>
          <w:cantSplit/>
          <w:trHeight w:val="1701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  <w:rPr>
                <w:lang w:eastAsia="zh-CN"/>
              </w:rPr>
            </w:pPr>
            <w:r>
              <w:rPr>
                <w:rFonts w:ascii="Times New Roman" w:eastAsia="黑体" w:hAnsi="Times New Roman"/>
                <w:b/>
                <w:sz w:val="28"/>
                <w:lang w:eastAsia="zh-CN"/>
              </w:rPr>
              <w:t>学生</w:t>
            </w:r>
            <w:r w:rsidR="003516B1">
              <w:rPr>
                <w:rFonts w:ascii="Times New Roman" w:eastAsia="黑体" w:hAnsi="Times New Roman" w:hint="eastAsia"/>
                <w:b/>
                <w:sz w:val="28"/>
                <w:lang w:eastAsia="zh-CN"/>
              </w:rPr>
              <w:t>党员</w:t>
            </w:r>
            <w:r>
              <w:rPr>
                <w:rFonts w:ascii="Times New Roman" w:eastAsia="黑体" w:hAnsi="Times New Roman"/>
                <w:b/>
                <w:sz w:val="28"/>
                <w:lang w:eastAsia="zh-CN"/>
              </w:rPr>
              <w:t>联系人及联系方式</w:t>
            </w:r>
          </w:p>
        </w:tc>
        <w:tc>
          <w:tcPr>
            <w:tcW w:w="7284" w:type="dxa"/>
            <w:vAlign w:val="center"/>
          </w:tcPr>
          <w:p w:rsidR="001C094F" w:rsidRDefault="00DD2C0A">
            <w:pPr>
              <w:spacing w:before="40" w:after="40"/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8"/>
                <w:lang w:eastAsia="zh-CN"/>
              </w:rPr>
              <w:t>联系人：</w:t>
            </w:r>
          </w:p>
          <w:p w:rsidR="001C094F" w:rsidRDefault="00DD2C0A">
            <w:pPr>
              <w:spacing w:before="40" w:after="40"/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8"/>
                <w:lang w:eastAsia="zh-CN"/>
              </w:rPr>
              <w:t>联系电话：</w:t>
            </w:r>
          </w:p>
          <w:p w:rsidR="001C094F" w:rsidRDefault="00DD2C0A">
            <w:pPr>
              <w:spacing w:before="40" w:after="40"/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8"/>
                <w:lang w:eastAsia="zh-CN"/>
              </w:rPr>
              <w:t>电子邮箱：</w:t>
            </w:r>
          </w:p>
        </w:tc>
      </w:tr>
      <w:tr w:rsidR="001C094F" w:rsidTr="003516B1">
        <w:trPr>
          <w:cantSplit/>
          <w:trHeight w:val="2835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sz w:val="28"/>
              </w:rPr>
              <w:t>申报建设三年规划</w:t>
            </w:r>
            <w:proofErr w:type="spellEnd"/>
          </w:p>
        </w:tc>
        <w:tc>
          <w:tcPr>
            <w:tcW w:w="7284" w:type="dxa"/>
            <w:vAlign w:val="center"/>
          </w:tcPr>
          <w:p w:rsidR="001C094F" w:rsidRDefault="00185362">
            <w:r>
              <w:rPr>
                <w:rFonts w:ascii="宋体" w:eastAsia="宋体" w:hAnsi="宋体" w:hint="eastAsia"/>
                <w:lang w:eastAsia="zh-CN"/>
              </w:rPr>
              <w:t>（5</w:t>
            </w:r>
            <w:r>
              <w:rPr>
                <w:rFonts w:ascii="宋体" w:eastAsia="宋体" w:hAnsi="宋体"/>
                <w:lang w:eastAsia="zh-CN"/>
              </w:rPr>
              <w:t>00</w:t>
            </w:r>
            <w:r>
              <w:rPr>
                <w:rFonts w:ascii="宋体" w:eastAsia="宋体" w:hAnsi="宋体" w:hint="eastAsia"/>
                <w:lang w:eastAsia="zh-CN"/>
              </w:rPr>
              <w:t>字以内）</w:t>
            </w:r>
          </w:p>
        </w:tc>
      </w:tr>
      <w:tr w:rsidR="001C094F" w:rsidTr="003516B1">
        <w:trPr>
          <w:cantSplit/>
          <w:trHeight w:val="1984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sz w:val="28"/>
              </w:rPr>
              <w:lastRenderedPageBreak/>
              <w:t>指导导师签字</w:t>
            </w:r>
            <w:proofErr w:type="spellEnd"/>
          </w:p>
        </w:tc>
        <w:tc>
          <w:tcPr>
            <w:tcW w:w="7284" w:type="dxa"/>
            <w:vAlign w:val="center"/>
          </w:tcPr>
          <w:p w:rsidR="001C094F" w:rsidRDefault="003516B1">
            <w:pPr>
              <w:rPr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需要所有指导导师手签</w:t>
            </w:r>
          </w:p>
        </w:tc>
      </w:tr>
      <w:tr w:rsidR="001C094F" w:rsidTr="003516B1">
        <w:trPr>
          <w:cantSplit/>
          <w:trHeight w:val="2268"/>
          <w:jc w:val="center"/>
        </w:trPr>
        <w:tc>
          <w:tcPr>
            <w:tcW w:w="2127" w:type="dxa"/>
            <w:vAlign w:val="center"/>
          </w:tcPr>
          <w:p w:rsidR="001C094F" w:rsidRDefault="00DD2C0A">
            <w:pPr>
              <w:spacing w:before="40" w:after="40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sz w:val="28"/>
              </w:rPr>
              <w:t>学院党委审核意见</w:t>
            </w:r>
            <w:proofErr w:type="spellEnd"/>
          </w:p>
        </w:tc>
        <w:tc>
          <w:tcPr>
            <w:tcW w:w="7284" w:type="dxa"/>
            <w:vAlign w:val="center"/>
          </w:tcPr>
          <w:p w:rsidR="001C094F" w:rsidRDefault="00EA64C0">
            <w:pPr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 xml:space="preserve"> </w:t>
            </w:r>
            <w:r>
              <w:rPr>
                <w:rFonts w:eastAsia="宋体"/>
                <w:lang w:eastAsia="zh-CN"/>
              </w:rPr>
              <w:t xml:space="preserve">                                                                                                 </w:t>
            </w:r>
          </w:p>
          <w:p w:rsidR="00EA64C0" w:rsidRPr="00EA64C0" w:rsidRDefault="00EA64C0" w:rsidP="00EA64C0">
            <w:pPr>
              <w:spacing w:before="40" w:after="40"/>
              <w:rPr>
                <w:rFonts w:ascii="Times New Roman" w:eastAsia="仿宋_GB2312" w:hAnsi="Times New Roman"/>
                <w:sz w:val="28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 xml:space="preserve"> </w:t>
            </w:r>
            <w:r>
              <w:rPr>
                <w:rFonts w:eastAsia="宋体"/>
                <w:lang w:eastAsia="zh-CN"/>
              </w:rPr>
              <w:t xml:space="preserve">                                                                                             </w:t>
            </w: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党委书记：</w:t>
            </w:r>
          </w:p>
          <w:p w:rsidR="00EA64C0" w:rsidRPr="00EA64C0" w:rsidRDefault="00EA64C0" w:rsidP="00EA64C0">
            <w:pPr>
              <w:spacing w:before="40" w:after="40"/>
              <w:rPr>
                <w:rFonts w:eastAsia="宋体" w:hint="eastAsia"/>
                <w:lang w:eastAsia="zh-CN"/>
              </w:rPr>
            </w:pP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Pr="00EA64C0">
              <w:rPr>
                <w:rFonts w:ascii="Times New Roman" w:eastAsia="仿宋_GB2312" w:hAnsi="Times New Roman"/>
                <w:sz w:val="28"/>
                <w:lang w:eastAsia="zh-CN"/>
              </w:rPr>
              <w:t xml:space="preserve">                                                             2026</w:t>
            </w: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年</w:t>
            </w: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Pr="00EA64C0">
              <w:rPr>
                <w:rFonts w:ascii="Times New Roman" w:eastAsia="仿宋_GB2312" w:hAnsi="Times New Roman"/>
                <w:sz w:val="28"/>
                <w:lang w:eastAsia="zh-CN"/>
              </w:rPr>
              <w:t xml:space="preserve">  </w:t>
            </w: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月</w:t>
            </w: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 xml:space="preserve"> </w:t>
            </w:r>
            <w:r w:rsidRPr="00EA64C0">
              <w:rPr>
                <w:rFonts w:ascii="Times New Roman" w:eastAsia="仿宋_GB2312" w:hAnsi="Times New Roman"/>
                <w:sz w:val="28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/>
                <w:sz w:val="28"/>
                <w:lang w:eastAsia="zh-CN"/>
              </w:rPr>
              <w:t xml:space="preserve"> </w:t>
            </w:r>
            <w:r w:rsidRPr="00EA64C0">
              <w:rPr>
                <w:rFonts w:ascii="Times New Roman" w:eastAsia="仿宋_GB2312" w:hAnsi="Times New Roman" w:hint="eastAsia"/>
                <w:sz w:val="28"/>
                <w:lang w:eastAsia="zh-CN"/>
              </w:rPr>
              <w:t>日</w:t>
            </w:r>
          </w:p>
        </w:tc>
      </w:tr>
    </w:tbl>
    <w:p w:rsidR="00DD2C0A" w:rsidRDefault="00DD2C0A"/>
    <w:sectPr w:rsidR="00DD2C0A" w:rsidSect="00034616">
      <w:pgSz w:w="11906" w:h="16838"/>
      <w:pgMar w:top="141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5362"/>
    <w:rsid w:val="001C094F"/>
    <w:rsid w:val="0029639D"/>
    <w:rsid w:val="00326F90"/>
    <w:rsid w:val="003516B1"/>
    <w:rsid w:val="003C0E6D"/>
    <w:rsid w:val="005F410A"/>
    <w:rsid w:val="00720F1A"/>
    <w:rsid w:val="0085721A"/>
    <w:rsid w:val="00AA1D8D"/>
    <w:rsid w:val="00B47730"/>
    <w:rsid w:val="00BE6E4F"/>
    <w:rsid w:val="00CB0664"/>
    <w:rsid w:val="00DD2C0A"/>
    <w:rsid w:val="00EA64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53F72E"/>
  <w14:defaultImageDpi w14:val="300"/>
  <w15:docId w15:val="{C83BEB93-5FC3-4D63-8C4F-D674657E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CA399B-A4E1-4D47-B358-D357DE2FB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huo</cp:lastModifiedBy>
  <cp:revision>9</cp:revision>
  <dcterms:created xsi:type="dcterms:W3CDTF">2013-12-23T23:15:00Z</dcterms:created>
  <dcterms:modified xsi:type="dcterms:W3CDTF">2026-11-02T08:17:00Z</dcterms:modified>
  <cp:category/>
</cp:coreProperties>
</file>